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679BE" w14:textId="77777777" w:rsidR="00A550B3" w:rsidRPr="00451EF9" w:rsidRDefault="00000000">
      <w:pPr>
        <w:spacing w:after="20"/>
        <w:rPr>
          <w:lang w:val="es-ES"/>
        </w:rPr>
      </w:pPr>
      <w:r w:rsidRPr="00451EF9">
        <w:rPr>
          <w:b/>
          <w:sz w:val="21"/>
          <w:lang w:val="es-ES"/>
        </w:rPr>
        <w:t>A LA DIRECCIÓN GENERAL DE FUNCIÓN PÚBLICA</w:t>
      </w:r>
    </w:p>
    <w:p w14:paraId="50192C83" w14:textId="77777777" w:rsidR="00A550B3" w:rsidRPr="00451EF9" w:rsidRDefault="00000000">
      <w:pPr>
        <w:spacing w:after="380"/>
        <w:rPr>
          <w:lang w:val="es-ES"/>
        </w:rPr>
      </w:pPr>
      <w:r w:rsidRPr="00451EF9">
        <w:rPr>
          <w:sz w:val="18"/>
          <w:lang w:val="es-ES"/>
        </w:rPr>
        <w:t>SERVICIO DE SELECCIÓN · Unidad de destino (DIR3): A11019084</w:t>
      </w:r>
    </w:p>
    <w:p w14:paraId="70CD8A29" w14:textId="77777777" w:rsidR="00A550B3" w:rsidRPr="00451EF9" w:rsidRDefault="00000000">
      <w:pPr>
        <w:spacing w:after="40"/>
        <w:jc w:val="center"/>
        <w:rPr>
          <w:lang w:val="es-ES"/>
        </w:rPr>
      </w:pPr>
      <w:r w:rsidRPr="00451EF9">
        <w:rPr>
          <w:b/>
          <w:sz w:val="26"/>
          <w:lang w:val="es-ES"/>
        </w:rPr>
        <w:t>SOLICITUD DE REDUCCIÓN DE ZONAS</w:t>
      </w:r>
    </w:p>
    <w:p w14:paraId="183A284E" w14:textId="77777777" w:rsidR="00A550B3" w:rsidRPr="00451EF9" w:rsidRDefault="00000000">
      <w:pPr>
        <w:spacing w:after="360"/>
        <w:jc w:val="center"/>
        <w:rPr>
          <w:lang w:val="es-ES"/>
        </w:rPr>
      </w:pPr>
      <w:r w:rsidRPr="00451EF9">
        <w:rPr>
          <w:sz w:val="18"/>
          <w:lang w:val="es-ES"/>
        </w:rPr>
        <w:t>Lista de espera del Cuerpo Auxiliar · Especialidad Administración General</w:t>
      </w:r>
    </w:p>
    <w:p w14:paraId="0A28F0E9" w14:textId="77777777" w:rsidR="00A550B3" w:rsidRPr="00451EF9" w:rsidRDefault="00000000">
      <w:pPr>
        <w:spacing w:after="140"/>
        <w:rPr>
          <w:lang w:val="es-ES"/>
        </w:rPr>
      </w:pPr>
      <w:r w:rsidRPr="00451EF9">
        <w:rPr>
          <w:b/>
          <w:lang w:val="es-ES"/>
        </w:rPr>
        <w:t>DATOS DE LA PERSONA SOLICITANTE</w:t>
      </w:r>
    </w:p>
    <w:p w14:paraId="5FAED370" w14:textId="77777777" w:rsidR="00A550B3" w:rsidRPr="00451EF9" w:rsidRDefault="00000000">
      <w:pPr>
        <w:spacing w:after="180"/>
        <w:rPr>
          <w:lang w:val="es-ES"/>
        </w:rPr>
      </w:pPr>
      <w:r w:rsidRPr="00451EF9">
        <w:rPr>
          <w:lang w:val="es-ES"/>
        </w:rPr>
        <w:t>Nombre y apellidos: __________________________________________________________________</w:t>
      </w:r>
    </w:p>
    <w:p w14:paraId="50F263C0" w14:textId="77777777" w:rsidR="00A550B3" w:rsidRPr="00451EF9" w:rsidRDefault="00000000">
      <w:pPr>
        <w:spacing w:after="180"/>
        <w:rPr>
          <w:lang w:val="es-ES"/>
        </w:rPr>
      </w:pPr>
      <w:r w:rsidRPr="00451EF9">
        <w:rPr>
          <w:lang w:val="es-ES"/>
        </w:rPr>
        <w:t>DNI/NIE: ________________________    Teléfono: _________________________________________</w:t>
      </w:r>
    </w:p>
    <w:p w14:paraId="7DE9A473" w14:textId="77777777" w:rsidR="00A550B3" w:rsidRPr="00451EF9" w:rsidRDefault="00000000">
      <w:pPr>
        <w:spacing w:after="300"/>
        <w:rPr>
          <w:lang w:val="es-ES"/>
        </w:rPr>
      </w:pPr>
      <w:r w:rsidRPr="00451EF9">
        <w:rPr>
          <w:lang w:val="es-ES"/>
        </w:rPr>
        <w:t>Correo electrónico: __________________________________________________________________</w:t>
      </w:r>
    </w:p>
    <w:p w14:paraId="0756B89B" w14:textId="77777777" w:rsidR="00A550B3" w:rsidRPr="00451EF9" w:rsidRDefault="00000000">
      <w:pPr>
        <w:spacing w:after="160"/>
        <w:rPr>
          <w:lang w:val="es-ES"/>
        </w:rPr>
      </w:pPr>
      <w:r w:rsidRPr="00451EF9">
        <w:rPr>
          <w:b/>
          <w:sz w:val="20"/>
          <w:lang w:val="es-ES"/>
        </w:rPr>
        <w:t>EXPONE</w:t>
      </w:r>
    </w:p>
    <w:p w14:paraId="24F4CA48" w14:textId="77777777" w:rsidR="00A550B3" w:rsidRPr="00451EF9" w:rsidRDefault="00000000">
      <w:pPr>
        <w:spacing w:after="160"/>
        <w:jc w:val="both"/>
        <w:rPr>
          <w:lang w:val="es-ES"/>
        </w:rPr>
      </w:pPr>
      <w:r w:rsidRPr="00451EF9">
        <w:rPr>
          <w:lang w:val="es-ES"/>
        </w:rPr>
        <w:t>Primero. Que figura en la lista de espera del Cuerpo Auxiliar, especialidad Administración General, de la Administración de la Comunidad Autónoma de Extremadura, derivada de las pruebas selectivas convocadas por Orden de 23 de diciembre de 2024 y acumuladas por Orden de 17 de diciembre de 2025.</w:t>
      </w:r>
    </w:p>
    <w:p w14:paraId="5E00F9EE" w14:textId="77777777" w:rsidR="00A550B3" w:rsidRPr="00451EF9" w:rsidRDefault="00000000">
      <w:pPr>
        <w:spacing w:after="160"/>
        <w:jc w:val="both"/>
        <w:rPr>
          <w:lang w:val="es-ES"/>
        </w:rPr>
      </w:pPr>
      <w:r w:rsidRPr="00451EF9">
        <w:rPr>
          <w:lang w:val="es-ES"/>
        </w:rPr>
        <w:t>Segundo. Que por Resolución de 8 de octubre de 2026, de la Dirección General de Función Pública, publicada en el Diario Oficial de Extremadura n.º 199, de 15 de octubre de 2026, se constituyen las listas de espera derivadas del citado proceso selectivo.</w:t>
      </w:r>
    </w:p>
    <w:p w14:paraId="66810E21" w14:textId="77777777" w:rsidR="00A550B3" w:rsidRPr="00451EF9" w:rsidRDefault="00000000">
      <w:pPr>
        <w:spacing w:after="160"/>
        <w:jc w:val="both"/>
        <w:rPr>
          <w:lang w:val="es-ES"/>
        </w:rPr>
      </w:pPr>
      <w:r w:rsidRPr="00451EF9">
        <w:rPr>
          <w:lang w:val="es-ES"/>
        </w:rPr>
        <w:t>Tercero. Que el apartado 2.3.5 de la base segunda de la Orden de 17 de diciembre de 2025 (DOE n.º 244, de 19 de diciembre de 2025) permite solicitar, una vez publicada la resolución de constitución de las listas de espera, la modificación de las zonas inicialmente elegidas, siempre que consista en una reducción de su número.</w:t>
      </w:r>
    </w:p>
    <w:p w14:paraId="0007ECB2" w14:textId="77777777" w:rsidR="00A550B3" w:rsidRPr="00451EF9" w:rsidRDefault="00000000">
      <w:pPr>
        <w:spacing w:before="100" w:after="160"/>
        <w:rPr>
          <w:lang w:val="es-ES"/>
        </w:rPr>
      </w:pPr>
      <w:r w:rsidRPr="00451EF9">
        <w:rPr>
          <w:b/>
          <w:sz w:val="20"/>
          <w:lang w:val="es-ES"/>
        </w:rPr>
        <w:t>SOLICITA</w:t>
      </w:r>
    </w:p>
    <w:p w14:paraId="4B1020EF" w14:textId="77777777" w:rsidR="00A550B3" w:rsidRPr="00451EF9" w:rsidRDefault="00000000">
      <w:pPr>
        <w:spacing w:after="180"/>
        <w:jc w:val="both"/>
        <w:rPr>
          <w:lang w:val="es-ES"/>
        </w:rPr>
      </w:pPr>
      <w:r w:rsidRPr="00451EF9">
        <w:rPr>
          <w:lang w:val="es-ES"/>
        </w:rPr>
        <w:t>Que se modifiquen las zonas que tiene asignadas en la lista de espera ya constituida, exclusivamente para reducir las inicialmente seleccionadas, sin añadir ninguna nueva, conforme al siguiente detalle:</w:t>
      </w:r>
    </w:p>
    <w:p w14:paraId="44CC5A79" w14:textId="77777777" w:rsidR="00A550B3" w:rsidRPr="00451EF9" w:rsidRDefault="00000000">
      <w:pPr>
        <w:spacing w:after="80"/>
        <w:rPr>
          <w:lang w:val="es-ES"/>
        </w:rPr>
      </w:pPr>
      <w:r w:rsidRPr="00451EF9">
        <w:rPr>
          <w:b/>
          <w:sz w:val="18"/>
          <w:lang w:val="es-ES"/>
        </w:rPr>
        <w:t>Zonas inicialmente elegidas a las que RENUNCIA:</w:t>
      </w:r>
    </w:p>
    <w:p w14:paraId="6EB7BFC7" w14:textId="77777777" w:rsidR="00A550B3" w:rsidRPr="00451EF9" w:rsidRDefault="00000000">
      <w:pPr>
        <w:spacing w:after="80"/>
        <w:rPr>
          <w:lang w:val="es-ES"/>
        </w:rPr>
      </w:pPr>
      <w:r w:rsidRPr="00451EF9">
        <w:rPr>
          <w:lang w:val="es-ES"/>
        </w:rPr>
        <w:t>_________________________________________________________________________________</w:t>
      </w:r>
    </w:p>
    <w:p w14:paraId="1A451DBF" w14:textId="77777777" w:rsidR="00A550B3" w:rsidRPr="00451EF9" w:rsidRDefault="00000000">
      <w:pPr>
        <w:spacing w:after="180"/>
        <w:rPr>
          <w:lang w:val="es-ES"/>
        </w:rPr>
      </w:pPr>
      <w:r w:rsidRPr="00451EF9">
        <w:rPr>
          <w:lang w:val="es-ES"/>
        </w:rPr>
        <w:t>_________________________________________________________________________________</w:t>
      </w:r>
    </w:p>
    <w:p w14:paraId="6892E3F4" w14:textId="77777777" w:rsidR="00A550B3" w:rsidRPr="00451EF9" w:rsidRDefault="00000000">
      <w:pPr>
        <w:spacing w:after="80"/>
        <w:rPr>
          <w:lang w:val="es-ES"/>
        </w:rPr>
      </w:pPr>
      <w:r w:rsidRPr="00451EF9">
        <w:rPr>
          <w:b/>
          <w:sz w:val="18"/>
          <w:lang w:val="es-ES"/>
        </w:rPr>
        <w:t>Zonas inicialmente elegidas que DESEA MANTENER:</w:t>
      </w:r>
    </w:p>
    <w:p w14:paraId="663FF0FD" w14:textId="77777777" w:rsidR="00A550B3" w:rsidRPr="00451EF9" w:rsidRDefault="00000000">
      <w:pPr>
        <w:spacing w:after="80"/>
        <w:rPr>
          <w:lang w:val="es-ES"/>
        </w:rPr>
      </w:pPr>
      <w:r w:rsidRPr="00451EF9">
        <w:rPr>
          <w:lang w:val="es-ES"/>
        </w:rPr>
        <w:t>_________________________________________________________________________________</w:t>
      </w:r>
    </w:p>
    <w:p w14:paraId="3E0D0296" w14:textId="77777777" w:rsidR="00A550B3" w:rsidRPr="00451EF9" w:rsidRDefault="00000000">
      <w:pPr>
        <w:spacing w:after="200"/>
        <w:rPr>
          <w:lang w:val="es-ES"/>
        </w:rPr>
      </w:pPr>
      <w:r w:rsidRPr="00451EF9">
        <w:rPr>
          <w:lang w:val="es-ES"/>
        </w:rPr>
        <w:t>_________________________________________________________________________________</w:t>
      </w:r>
    </w:p>
    <w:p w14:paraId="142904D1" w14:textId="77777777" w:rsidR="00A550B3" w:rsidRPr="00451EF9" w:rsidRDefault="00000000">
      <w:pPr>
        <w:spacing w:after="240"/>
        <w:jc w:val="both"/>
        <w:rPr>
          <w:lang w:val="es-ES"/>
        </w:rPr>
      </w:pPr>
      <w:r w:rsidRPr="00451EF9">
        <w:rPr>
          <w:lang w:val="es-ES"/>
        </w:rPr>
        <w:t>Que la reducción solicitada se incorpore a la gestión de llamamientos con la mayor celeridad posible, y que se le comunique la fecha a partir de la cual surtirá efectos.</w:t>
      </w:r>
    </w:p>
    <w:p w14:paraId="04AA94FB" w14:textId="77777777" w:rsidR="00A550B3" w:rsidRPr="00451EF9" w:rsidRDefault="00000000">
      <w:pPr>
        <w:spacing w:after="260"/>
        <w:rPr>
          <w:lang w:val="es-ES"/>
        </w:rPr>
      </w:pPr>
      <w:r w:rsidRPr="00451EF9">
        <w:rPr>
          <w:lang w:val="es-ES"/>
        </w:rPr>
        <w:t>En ____________________________________, a ______ de ____________________ de 2026.</w:t>
      </w:r>
    </w:p>
    <w:p w14:paraId="1F220680" w14:textId="77777777" w:rsidR="00A550B3" w:rsidRPr="00451EF9" w:rsidRDefault="00000000">
      <w:pPr>
        <w:spacing w:after="20"/>
        <w:rPr>
          <w:lang w:val="es-ES"/>
        </w:rPr>
      </w:pPr>
      <w:r w:rsidRPr="00451EF9">
        <w:rPr>
          <w:lang w:val="es-ES"/>
        </w:rPr>
        <w:t>Firma de la persona solicitante: ___________________________________</w:t>
      </w:r>
    </w:p>
    <w:sectPr w:rsidR="00A550B3" w:rsidRPr="00451EF9" w:rsidSect="00034616">
      <w:headerReference w:type="even" r:id="rId8"/>
      <w:headerReference w:type="default" r:id="rId9"/>
      <w:footerReference w:type="even" r:id="rId10"/>
      <w:footerReference w:type="default" r:id="rId11"/>
      <w:headerReference w:type="first" r:id="rId12"/>
      <w:footerReference w:type="first" r:id="rId13"/>
      <w:pgSz w:w="12240" w:h="15840"/>
      <w:pgMar w:top="979" w:right="1195" w:bottom="907" w:left="1195"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68B0" w14:textId="77777777" w:rsidR="00A07BF5" w:rsidRDefault="00A07BF5">
      <w:pPr>
        <w:spacing w:after="0" w:line="240" w:lineRule="auto"/>
      </w:pPr>
      <w:r>
        <w:separator/>
      </w:r>
    </w:p>
  </w:endnote>
  <w:endnote w:type="continuationSeparator" w:id="0">
    <w:p w14:paraId="26AFB584" w14:textId="77777777" w:rsidR="00A07BF5" w:rsidRDefault="00A0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ADF3" w14:textId="77777777" w:rsidR="00451EF9" w:rsidRDefault="00451E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E309" w14:textId="25B6ECE9" w:rsidR="00A550B3" w:rsidRPr="00451EF9" w:rsidRDefault="00A550B3" w:rsidP="00451EF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6C31" w14:textId="77777777" w:rsidR="00451EF9" w:rsidRDefault="00451E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581DF" w14:textId="77777777" w:rsidR="00A07BF5" w:rsidRDefault="00A07BF5">
      <w:pPr>
        <w:spacing w:after="0" w:line="240" w:lineRule="auto"/>
      </w:pPr>
      <w:r>
        <w:separator/>
      </w:r>
    </w:p>
  </w:footnote>
  <w:footnote w:type="continuationSeparator" w:id="0">
    <w:p w14:paraId="165701A1" w14:textId="77777777" w:rsidR="00A07BF5" w:rsidRDefault="00A07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8DE7" w14:textId="77777777" w:rsidR="00451EF9" w:rsidRDefault="00451EF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B0BF" w14:textId="77777777" w:rsidR="00451EF9" w:rsidRDefault="00451EF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9000" w14:textId="77777777" w:rsidR="00451EF9" w:rsidRDefault="00451EF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991517172">
    <w:abstractNumId w:val="8"/>
  </w:num>
  <w:num w:numId="2" w16cid:durableId="1322462395">
    <w:abstractNumId w:val="6"/>
  </w:num>
  <w:num w:numId="3" w16cid:durableId="935282774">
    <w:abstractNumId w:val="5"/>
  </w:num>
  <w:num w:numId="4" w16cid:durableId="1190803988">
    <w:abstractNumId w:val="4"/>
  </w:num>
  <w:num w:numId="5" w16cid:durableId="1142381693">
    <w:abstractNumId w:val="7"/>
  </w:num>
  <w:num w:numId="6" w16cid:durableId="1826580902">
    <w:abstractNumId w:val="3"/>
  </w:num>
  <w:num w:numId="7" w16cid:durableId="670107369">
    <w:abstractNumId w:val="2"/>
  </w:num>
  <w:num w:numId="8" w16cid:durableId="969167191">
    <w:abstractNumId w:val="1"/>
  </w:num>
  <w:num w:numId="9" w16cid:durableId="1667786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1EF9"/>
    <w:rsid w:val="007B02EB"/>
    <w:rsid w:val="00A07BF5"/>
    <w:rsid w:val="00A550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EF034"/>
  <w14:defaultImageDpi w14:val="300"/>
  <w15:docId w15:val="{53ADB78A-DC90-4A76-B453-D3A706B3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1F2A38"/>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reducción de zonas de lista de espera - Cuerpo Auxiliar (2026)</dc:title>
  <dc:subject>Solicitud dirigida al Servicio de Selección de la Dirección General de Función Pública</dc:subject>
  <dc:creator/>
  <cp:keywords/>
  <dc:description/>
  <cp:lastModifiedBy>Moises Pla Benitez</cp:lastModifiedBy>
  <cp:revision>2</cp:revision>
  <dcterms:created xsi:type="dcterms:W3CDTF">2013-12-23T23:15:00Z</dcterms:created>
  <dcterms:modified xsi:type="dcterms:W3CDTF">2026-10-16T07:33:00Z</dcterms:modified>
  <cp:category/>
</cp:coreProperties>
</file>